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sz w:val="15"/>
        </w:rPr>
        <w:t>к Договору № ____ от «___» __________ 20__ г.</w:t>
      </w:r>
    </w:p>
    <w:p>
      <w:pPr>
        <w:jc w:val="center"/>
      </w:pPr>
      <w:r>
        <w:rPr>
          <w:b/>
          <w:sz w:val="22"/>
        </w:rPr>
        <w:t>ПРИЛОЖЕНИЕ № 1. СПЕЦИФИКАЦИЯ И ВЫБРАННЫЙ МАТЕРИАЛ</w:t>
      </w:r>
    </w:p>
    <w:p>
      <w:r>
        <w:rPr>
          <w:b/>
        </w:rPr>
        <w:t xml:space="preserve">Договор № / дата: </w:t>
      </w:r>
      <w:r>
        <w:t>____________________________</w:t>
      </w:r>
    </w:p>
    <w:p>
      <w:r>
        <w:rPr>
          <w:b/>
        </w:rPr>
        <w:t xml:space="preserve">Заказ / объект: </w:t>
      </w:r>
      <w:r>
        <w:t>________________________________</w:t>
      </w:r>
    </w:p>
    <w:p>
      <w:r>
        <w:rPr>
          <w:b/>
        </w:rPr>
        <w:t xml:space="preserve">Материал: </w:t>
      </w:r>
      <w:r>
        <w:t>бренд ______  декор ______  артикул ______  толщина ____ мм</w:t>
      </w:r>
    </w:p>
    <w:p>
      <w:r>
        <w:rPr>
          <w:b/>
        </w:rPr>
        <w:t xml:space="preserve">Поверхность: </w:t>
      </w:r>
      <w:r>
        <w:t>________________  партия/слэб/лист № ________________</w:t>
      </w:r>
    </w:p>
    <w:p>
      <w:r>
        <w:rPr>
          <w:b/>
        </w:rPr>
        <w:t xml:space="preserve">Поставщик материала: </w:t>
      </w:r>
      <w:r>
        <w:t>Подрядчик / Заказчик / салон / третье лицо: __________</w:t>
      </w:r>
    </w:p>
    <w:p>
      <w:r>
        <w:rPr>
          <w:b/>
        </w:rPr>
        <w:t xml:space="preserve">Изделия, размеры, количество: </w:t>
      </w:r>
      <w:r>
        <w:t>____________________________________________</w:t>
      </w:r>
    </w:p>
    <w:p>
      <w:r>
        <w:rPr>
          <w:b/>
        </w:rPr>
        <w:t xml:space="preserve">Кромки / вырезы / мойка / техника: </w:t>
      </w:r>
      <w:r>
        <w:t>_______________________________________</w:t>
      </w:r>
    </w:p>
    <w:p>
      <w:r>
        <w:rPr>
          <w:b/>
        </w:rPr>
        <w:t xml:space="preserve">Состав работ: </w:t>
      </w:r>
      <w:r>
        <w:t>замер / изготовление / доставка / подъем / монтаж / иное ______</w:t>
      </w:r>
    </w:p>
    <w:p>
      <w:r>
        <w:rPr>
          <w:b/>
        </w:rPr>
        <w:t xml:space="preserve">Адрес доставки/монтажа: </w:t>
      </w:r>
      <w:r>
        <w:t>_______________________________________________</w:t>
      </w:r>
    </w:p>
    <w:p>
      <w:r>
        <w:rPr>
          <w:b/>
        </w:rPr>
        <w:t xml:space="preserve">Срок: </w:t>
      </w:r>
      <w:r>
        <w:t>________________  Гарантия на работы: __________________</w:t>
      </w:r>
    </w:p>
    <w:p>
      <w:r>
        <w:rPr>
          <w:b/>
        </w:rPr>
        <w:t xml:space="preserve">Цена заказа: </w:t>
      </w:r>
      <w:r>
        <w:t>________________ руб.  Аванс: __________  Остаток: __________</w:t>
      </w:r>
    </w:p>
    <w:p>
      <w:r>
        <w:rPr>
          <w:b/>
        </w:rPr>
        <w:t xml:space="preserve">Каналы согласования: </w:t>
      </w:r>
      <w:r>
        <w:t>e-mail ______________  тел./мессенджер ______________</w:t>
      </w:r>
    </w:p>
    <w:p>
      <w:r>
        <w:rPr>
          <w:b/>
        </w:rPr>
        <w:t xml:space="preserve">Фото/образец выбранного материала: </w:t>
      </w:r>
      <w:r>
        <w:t>[вставить фото / ссылка на файл]</w:t>
      </w:r>
    </w:p>
    <w:p>
      <w:r>
        <w:rPr>
          <w:b/>
        </w:rPr>
        <w:t xml:space="preserve">Особые условия: </w:t>
      </w:r>
      <w:r>
        <w:t>______________________________________________________</w:t>
      </w:r>
    </w:p>
    <w:p>
      <w:r>
        <w:rPr>
          <w:b w:val="0"/>
        </w:rPr>
      </w:r>
    </w:p>
    <w:p>
      <w:pPr>
        <w:jc w:val="center"/>
      </w:pPr>
      <w:r>
        <w:rPr>
          <w:b/>
          <w:sz w:val="17"/>
        </w:rPr>
        <w:t>РЕКВИЗИТЫ И ПОДПИСИ СТОРОН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355"/>
        <w:gridCol w:w="5355"/>
      </w:tblGrid>
      <w:tr>
        <w:tc>
          <w:tcPr>
            <w:tcW w:type="dxa" w:w="5355"/>
            <w:vAlign w:val="top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ПОДРЯДЧИК</w:t>
              <w:br/>
              <w:t>Наименование / Ф.И.О.: ______________________</w:t>
              <w:br/>
              <w:t>ИНН/КПП: ___________________________________</w:t>
              <w:br/>
              <w:t>ОГРН/ОГРНИП: _______________________________</w:t>
              <w:br/>
              <w:t>Адрес: _____________________________________</w:t>
              <w:br/>
              <w:t>Тел./e-mail: ________________________________</w:t>
              <w:br/>
              <w:br/>
              <w:t>____________ / __________________</w:t>
              <w:br/>
              <w:t xml:space="preserve">   подпись             Ф.И.О.</w:t>
              <w:br/>
              <w:t>М.П. (при наличии)</w:t>
            </w:r>
          </w:p>
        </w:tc>
        <w:tc>
          <w:tcPr>
            <w:tcW w:type="dxa" w:w="5355"/>
            <w:vAlign w:val="top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ЗАКАЗЧИК</w:t>
              <w:br/>
              <w:t>Наименование / Ф.И.О.: ______________________</w:t>
              <w:br/>
              <w:t>ИНН/КПП*: __________________________________</w:t>
              <w:br/>
              <w:t>ОГРН/ОГРНИП*: ______________________________</w:t>
              <w:br/>
              <w:t>Адрес: _____________________________________</w:t>
              <w:br/>
              <w:t>Тел./e-mail: ________________________________</w:t>
              <w:br/>
              <w:br/>
              <w:t>____________ / __________________</w:t>
              <w:br/>
              <w:t xml:space="preserve">   подпись             Ф.И.О.</w:t>
              <w:br/>
              <w:t>М.П. (при наличии)</w:t>
            </w:r>
          </w:p>
        </w:tc>
      </w:tr>
    </w:tbl>
    <w:p>
      <w:r>
        <w:rPr>
          <w:b w:val="0"/>
          <w:sz w:val="13"/>
        </w:rPr>
        <w:t>* Для физического лица поля заполняются при наличии/применимости.</w:t>
      </w:r>
    </w:p>
    <w:p>
      <w:r>
        <w:br w:type="page"/>
      </w:r>
    </w:p>
    <w:p>
      <w:r>
        <w:rPr>
          <w:b w:val="0"/>
          <w:sz w:val="15"/>
        </w:rPr>
        <w:t>к Договору № ____ от «___» __________ 20__ г.</w:t>
      </w:r>
    </w:p>
    <w:p>
      <w:pPr>
        <w:jc w:val="center"/>
      </w:pPr>
      <w:r>
        <w:rPr>
          <w:b/>
          <w:sz w:val="22"/>
        </w:rPr>
        <w:t>ПРИЛОЖЕНИЕ № 2. ЛИСТ ЗАМЕРА, ТЗ И РАБОЧИЙ ЧЕРТЕЖ</w:t>
      </w:r>
    </w:p>
    <w:p>
      <w:r>
        <w:rPr>
          <w:b/>
        </w:rPr>
        <w:t xml:space="preserve">Дата / адрес замера: </w:t>
      </w:r>
      <w:r>
        <w:t>________________________________________________</w:t>
      </w:r>
    </w:p>
    <w:p>
      <w:r>
        <w:rPr>
          <w:b/>
        </w:rPr>
        <w:t xml:space="preserve">Представитель Заказчика: </w:t>
      </w:r>
      <w:r>
        <w:t>______________________________________________</w:t>
      </w:r>
    </w:p>
    <w:p>
      <w:r>
        <w:rPr>
          <w:b/>
        </w:rPr>
        <w:t xml:space="preserve">Основание: </w:t>
      </w:r>
      <w:r>
        <w:t>собрано / закреплено / выровнено / не готово</w:t>
      </w:r>
    </w:p>
    <w:p>
      <w:r>
        <w:rPr>
          <w:b/>
        </w:rPr>
        <w:t xml:space="preserve">Техника на замере: </w:t>
      </w:r>
      <w:r>
        <w:t>мойка ___ варочная ___ смеситель ___ иное __________</w:t>
      </w:r>
    </w:p>
    <w:p>
      <w:r>
        <w:rPr>
          <w:b/>
        </w:rPr>
        <w:t xml:space="preserve">Скрытые коммуникации: </w:t>
      </w:r>
      <w:r>
        <w:t>обозначены / не обозначены / отсутствуют со слов Заказчика</w:t>
      </w:r>
    </w:p>
    <w:p>
      <w:r>
        <w:rPr>
          <w:b/>
        </w:rPr>
        <w:t xml:space="preserve">Свесы / зазоры / кромки / радиусы: </w:t>
      </w:r>
      <w:r>
        <w:t>______________________________________</w:t>
      </w:r>
    </w:p>
    <w:p>
      <w:r>
        <w:rPr>
          <w:b/>
        </w:rPr>
        <w:t xml:space="preserve">Расположение стыков: </w:t>
      </w:r>
      <w:r>
        <w:t>________________________________________________</w:t>
      </w:r>
    </w:p>
    <w:p>
      <w:r>
        <w:rPr>
          <w:b/>
        </w:rPr>
        <w:t xml:space="preserve">Подъем / занос / ограничения: </w:t>
      </w:r>
      <w:r>
        <w:t>___________________________________________</w:t>
      </w:r>
    </w:p>
    <w:p>
      <w:r>
        <w:rPr>
          <w:b/>
        </w:rPr>
        <w:t xml:space="preserve">Фото объекта: </w:t>
      </w:r>
      <w:r>
        <w:t>файлы № _________________________________________________</w:t>
      </w:r>
    </w:p>
    <w:p>
      <w:r>
        <w:rPr>
          <w:b/>
        </w:rPr>
        <w:t xml:space="preserve">Рабочий чертеж / визуализация: </w:t>
      </w:r>
      <w:r>
        <w:t>№ ______ версия ______ от ______________</w:t>
      </w:r>
    </w:p>
    <w:p>
      <w:r>
        <w:rPr>
          <w:b/>
        </w:rPr>
        <w:t xml:space="preserve">Замечания замерщика: </w:t>
      </w:r>
      <w:r>
        <w:t>________________________________________________</w:t>
      </w:r>
    </w:p>
    <w:p>
      <w:r>
        <w:rPr>
          <w:b/>
        </w:rPr>
        <w:t xml:space="preserve">Статус: </w:t>
      </w:r>
      <w:r>
        <w:t>СОГЛАСОВАНО В ПРОИЗВОДСТВО / ТРЕБУЕТ ДОРАБОТКИ</w:t>
      </w:r>
    </w:p>
    <w:p>
      <w:r>
        <w:rPr>
          <w:b/>
        </w:rPr>
        <w:t xml:space="preserve">Электронное согласование / дата: </w:t>
      </w:r>
      <w:r>
        <w:t>_________________________________________</w:t>
      </w:r>
    </w:p>
    <w:p>
      <w:r>
        <w:rPr>
          <w:b w:val="0"/>
        </w:rPr>
      </w:r>
    </w:p>
    <w:p>
      <w:pPr>
        <w:jc w:val="center"/>
      </w:pPr>
      <w:r>
        <w:rPr>
          <w:b/>
          <w:sz w:val="17"/>
        </w:rPr>
        <w:t>РЕКВИЗИТЫ И ПОДПИСИ СТОРОН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355"/>
        <w:gridCol w:w="5355"/>
      </w:tblGrid>
      <w:tr>
        <w:tc>
          <w:tcPr>
            <w:tcW w:type="dxa" w:w="5355"/>
            <w:vAlign w:val="top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ПОДРЯДЧИК</w:t>
              <w:br/>
              <w:t>Наименование / Ф.И.О.: ______________________</w:t>
              <w:br/>
              <w:t>ИНН/КПП: ___________________________________</w:t>
              <w:br/>
              <w:t>ОГРН/ОГРНИП: _______________________________</w:t>
              <w:br/>
              <w:t>Адрес: _____________________________________</w:t>
              <w:br/>
              <w:t>Тел./e-mail: ________________________________</w:t>
              <w:br/>
              <w:br/>
              <w:t>____________ / __________________</w:t>
              <w:br/>
              <w:t xml:space="preserve">   подпись             Ф.И.О.</w:t>
              <w:br/>
              <w:t>М.П. (при наличии)</w:t>
            </w:r>
          </w:p>
        </w:tc>
        <w:tc>
          <w:tcPr>
            <w:tcW w:type="dxa" w:w="5355"/>
            <w:vAlign w:val="top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ЗАКАЗЧИК</w:t>
              <w:br/>
              <w:t>Наименование / Ф.И.О.: ______________________</w:t>
              <w:br/>
              <w:t>ИНН/КПП*: __________________________________</w:t>
              <w:br/>
              <w:t>ОГРН/ОГРНИП*: ______________________________</w:t>
              <w:br/>
              <w:t>Адрес: _____________________________________</w:t>
              <w:br/>
              <w:t>Тел./e-mail: ________________________________</w:t>
              <w:br/>
              <w:br/>
              <w:t>____________ / __________________</w:t>
              <w:br/>
              <w:t xml:space="preserve">   подпись             Ф.И.О.</w:t>
              <w:br/>
              <w:t>М.П. (при наличии)</w:t>
            </w:r>
          </w:p>
        </w:tc>
      </w:tr>
    </w:tbl>
    <w:p>
      <w:r>
        <w:rPr>
          <w:b w:val="0"/>
          <w:sz w:val="13"/>
        </w:rPr>
        <w:t>* Для физического лица поля заполняются при наличии/применимости.</w:t>
      </w:r>
    </w:p>
    <w:p>
      <w:r>
        <w:br w:type="page"/>
      </w:r>
    </w:p>
    <w:p>
      <w:r>
        <w:rPr>
          <w:b w:val="0"/>
          <w:sz w:val="15"/>
        </w:rPr>
        <w:t>к Договору № ____ от «___» __________ 20__ г.</w:t>
      </w:r>
    </w:p>
    <w:p>
      <w:pPr>
        <w:jc w:val="center"/>
      </w:pPr>
      <w:r>
        <w:rPr>
          <w:b/>
          <w:sz w:val="22"/>
        </w:rPr>
        <w:t>ПРИЛОЖЕНИЕ № 3. РАСЧЕТ СТОИМОСТИ</w:t>
      </w:r>
    </w:p>
    <w:p>
      <w:r>
        <w:rPr>
          <w:b/>
        </w:rPr>
        <w:t xml:space="preserve">Договор / заказ: </w:t>
      </w:r>
      <w:r>
        <w:t>_____________________________________________________</w:t>
      </w:r>
    </w:p>
    <w:p>
      <w:r>
        <w:rPr>
          <w:b/>
        </w:rPr>
        <w:t xml:space="preserve">Материал: </w:t>
      </w:r>
      <w:r>
        <w:t>____________________________  стоимость: __________ руб.</w:t>
      </w:r>
    </w:p>
    <w:p>
      <w:r>
        <w:rPr>
          <w:b/>
        </w:rPr>
        <w:t xml:space="preserve">Изготовление / обработка: </w:t>
      </w:r>
      <w:r>
        <w:t>________________  стоимость: __________ руб.</w:t>
      </w:r>
    </w:p>
    <w:p>
      <w:r>
        <w:rPr>
          <w:b/>
        </w:rPr>
        <w:t xml:space="preserve">Замер: </w:t>
      </w:r>
      <w:r>
        <w:t>________ руб.  Доставка: ________ руб.  Подъем: ________ руб.</w:t>
      </w:r>
    </w:p>
    <w:p>
      <w:r>
        <w:rPr>
          <w:b/>
        </w:rPr>
        <w:t xml:space="preserve">Монтаж: </w:t>
      </w:r>
      <w:r>
        <w:t>________ руб.  Демонтаж: ________ руб.  Иное: ________ руб.</w:t>
      </w:r>
    </w:p>
    <w:p>
      <w:r>
        <w:rPr>
          <w:b/>
        </w:rPr>
        <w:t xml:space="preserve">Дополнительные работы: </w:t>
      </w:r>
      <w:r>
        <w:t>_______________________________________________</w:t>
      </w:r>
    </w:p>
    <w:p>
      <w:r>
        <w:rPr>
          <w:b/>
        </w:rPr>
        <w:t xml:space="preserve">ИТОГО: </w:t>
      </w:r>
      <w:r>
        <w:t>________________________ руб.</w:t>
      </w:r>
    </w:p>
    <w:p>
      <w:r>
        <w:rPr>
          <w:b/>
        </w:rPr>
        <w:t xml:space="preserve">Аванс: </w:t>
      </w:r>
      <w:r>
        <w:t>____________ руб. / ____ %   Срок: _________________________</w:t>
      </w:r>
    </w:p>
    <w:p>
      <w:r>
        <w:rPr>
          <w:b/>
        </w:rPr>
        <w:t xml:space="preserve">Остаток: </w:t>
      </w:r>
      <w:r>
        <w:t>____________ руб.   Срок/условие оплаты: __________________</w:t>
      </w:r>
    </w:p>
    <w:p>
      <w:r>
        <w:rPr>
          <w:b/>
        </w:rPr>
        <w:t xml:space="preserve">Условия изменения цены: </w:t>
      </w:r>
      <w:r>
        <w:t>______________________________________________</w:t>
      </w:r>
    </w:p>
    <w:p>
      <w:r>
        <w:rPr>
          <w:b/>
        </w:rPr>
        <w:t xml:space="preserve">Примечание: </w:t>
      </w:r>
      <w:r>
        <w:t>_________________________________________________________</w:t>
      </w:r>
    </w:p>
    <w:p>
      <w:r>
        <w:rPr>
          <w:b w:val="0"/>
        </w:rPr>
      </w:r>
    </w:p>
    <w:p>
      <w:pPr>
        <w:jc w:val="center"/>
      </w:pPr>
      <w:r>
        <w:rPr>
          <w:b/>
          <w:sz w:val="17"/>
        </w:rPr>
        <w:t>РЕКВИЗИТЫ И ПОДПИСИ СТОРОН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355"/>
        <w:gridCol w:w="5355"/>
      </w:tblGrid>
      <w:tr>
        <w:tc>
          <w:tcPr>
            <w:tcW w:type="dxa" w:w="5355"/>
            <w:vAlign w:val="top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ПОДРЯДЧИК</w:t>
              <w:br/>
              <w:t>Наименование / Ф.И.О.: ______________________</w:t>
              <w:br/>
              <w:t>ИНН/КПП: ___________________________________</w:t>
              <w:br/>
              <w:t>ОГРН/ОГРНИП: _______________________________</w:t>
              <w:br/>
              <w:t>Адрес: _____________________________________</w:t>
              <w:br/>
              <w:t>Тел./e-mail: ________________________________</w:t>
              <w:br/>
              <w:br/>
              <w:t>____________ / __________________</w:t>
              <w:br/>
              <w:t xml:space="preserve">   подпись             Ф.И.О.</w:t>
              <w:br/>
              <w:t>М.П. (при наличии)</w:t>
            </w:r>
          </w:p>
        </w:tc>
        <w:tc>
          <w:tcPr>
            <w:tcW w:type="dxa" w:w="5355"/>
            <w:vAlign w:val="top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ЗАКАЗЧИК</w:t>
              <w:br/>
              <w:t>Наименование / Ф.И.О.: ______________________</w:t>
              <w:br/>
              <w:t>ИНН/КПП*: __________________________________</w:t>
              <w:br/>
              <w:t>ОГРН/ОГРНИП*: ______________________________</w:t>
              <w:br/>
              <w:t>Адрес: _____________________________________</w:t>
              <w:br/>
              <w:t>Тел./e-mail: ________________________________</w:t>
              <w:br/>
              <w:br/>
              <w:t>____________ / __________________</w:t>
              <w:br/>
              <w:t xml:space="preserve">   подпись             Ф.И.О.</w:t>
              <w:br/>
              <w:t>М.П. (при наличии)</w:t>
            </w:r>
          </w:p>
        </w:tc>
      </w:tr>
    </w:tbl>
    <w:p>
      <w:r>
        <w:rPr>
          <w:b w:val="0"/>
          <w:sz w:val="13"/>
        </w:rPr>
        <w:t>* Для физического лица поля заполняются при наличии/применимости.</w:t>
      </w:r>
    </w:p>
    <w:p>
      <w:r>
        <w:br w:type="page"/>
      </w:r>
    </w:p>
    <w:p>
      <w:r>
        <w:rPr>
          <w:b w:val="0"/>
          <w:sz w:val="15"/>
        </w:rPr>
        <w:t>к Договору № ____ от «___» __________ 20__ г.</w:t>
      </w:r>
    </w:p>
    <w:p>
      <w:pPr>
        <w:jc w:val="center"/>
      </w:pPr>
      <w:r>
        <w:rPr>
          <w:b/>
          <w:sz w:val="22"/>
        </w:rPr>
        <w:t>ПРИЛОЖЕНИЕ № 4. СОГЛАСОВАНИЕ СЛЭБА И РАСКЛАДКИ</w:t>
      </w:r>
    </w:p>
    <w:p>
      <w:r>
        <w:rPr>
          <w:b/>
        </w:rPr>
        <w:t xml:space="preserve">Материал / декор: </w:t>
      </w:r>
      <w:r>
        <w:t>____________________________________________________</w:t>
      </w:r>
    </w:p>
    <w:p>
      <w:r>
        <w:rPr>
          <w:b/>
        </w:rPr>
        <w:t xml:space="preserve">Слэб / лист №: </w:t>
      </w:r>
      <w:r>
        <w:t>________________  партия: _____________________________</w:t>
      </w:r>
    </w:p>
    <w:p>
      <w:r>
        <w:rPr>
          <w:b/>
        </w:rPr>
        <w:t xml:space="preserve">Фото материала: </w:t>
      </w:r>
      <w:r>
        <w:t>файл/ссылка № __________________________________________</w:t>
      </w:r>
    </w:p>
    <w:p>
      <w:r>
        <w:rPr>
          <w:b/>
        </w:rPr>
        <w:t xml:space="preserve">Ориентация рисунка: </w:t>
      </w:r>
      <w:r>
        <w:t>__________________________________________________</w:t>
      </w:r>
    </w:p>
    <w:p>
      <w:r>
        <w:rPr>
          <w:b/>
        </w:rPr>
        <w:t xml:space="preserve">Ключевые прожилки / участки: </w:t>
      </w:r>
      <w:r>
        <w:t>__________________________________________</w:t>
      </w:r>
    </w:p>
    <w:p>
      <w:r>
        <w:rPr>
          <w:b/>
        </w:rPr>
        <w:t xml:space="preserve">Места стыков: </w:t>
      </w:r>
      <w:r>
        <w:t>________________________________________________________</w:t>
      </w:r>
    </w:p>
    <w:p>
      <w:r>
        <w:rPr>
          <w:b/>
        </w:rPr>
        <w:t xml:space="preserve">Направление сопряжения: </w:t>
      </w:r>
      <w:r>
        <w:t>______________________________________________</w:t>
      </w:r>
    </w:p>
    <w:p>
      <w:r>
        <w:rPr>
          <w:b/>
        </w:rPr>
        <w:t xml:space="preserve">Раскладка: </w:t>
      </w:r>
      <w:r>
        <w:t>[вставить фото / схему / ссылку на утвержденный файл]</w:t>
      </w:r>
    </w:p>
    <w:p>
      <w:r>
        <w:rPr>
          <w:b/>
        </w:rPr>
        <w:t xml:space="preserve">Особенности: </w:t>
      </w:r>
      <w:r>
        <w:t>_________________________________________________________</w:t>
      </w:r>
    </w:p>
    <w:p>
      <w:r>
        <w:rPr>
          <w:b/>
        </w:rPr>
        <w:t xml:space="preserve">Подтверждение: </w:t>
      </w:r>
      <w:r>
        <w:t>Заказчик понимает, что экран/фото не гарантируют абсолютную цветопередачу.</w:t>
      </w:r>
    </w:p>
    <w:p>
      <w:r>
        <w:rPr>
          <w:b/>
        </w:rPr>
        <w:t xml:space="preserve">Дата согласования: </w:t>
      </w:r>
      <w:r>
        <w:t>________________  способ: подпись / e-mail / мессенджер</w:t>
      </w:r>
    </w:p>
    <w:p>
      <w:r>
        <w:rPr>
          <w:b w:val="0"/>
        </w:rPr>
      </w:r>
    </w:p>
    <w:p>
      <w:pPr>
        <w:jc w:val="center"/>
      </w:pPr>
      <w:r>
        <w:rPr>
          <w:b/>
          <w:sz w:val="17"/>
        </w:rPr>
        <w:t>РЕКВИЗИТЫ И ПОДПИСИ СТОРОН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355"/>
        <w:gridCol w:w="5355"/>
      </w:tblGrid>
      <w:tr>
        <w:tc>
          <w:tcPr>
            <w:tcW w:type="dxa" w:w="5355"/>
            <w:vAlign w:val="top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ПОДРЯДЧИК</w:t>
              <w:br/>
              <w:t>Наименование / Ф.И.О.: ______________________</w:t>
              <w:br/>
              <w:t>ИНН/КПП: ___________________________________</w:t>
              <w:br/>
              <w:t>ОГРН/ОГРНИП: _______________________________</w:t>
              <w:br/>
              <w:t>Адрес: _____________________________________</w:t>
              <w:br/>
              <w:t>Тел./e-mail: ________________________________</w:t>
              <w:br/>
              <w:br/>
              <w:t>____________ / __________________</w:t>
              <w:br/>
              <w:t xml:space="preserve">   подпись             Ф.И.О.</w:t>
              <w:br/>
              <w:t>М.П. (при наличии)</w:t>
            </w:r>
          </w:p>
        </w:tc>
        <w:tc>
          <w:tcPr>
            <w:tcW w:type="dxa" w:w="5355"/>
            <w:vAlign w:val="top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ЗАКАЗЧИК</w:t>
              <w:br/>
              <w:t>Наименование / Ф.И.О.: ______________________</w:t>
              <w:br/>
              <w:t>ИНН/КПП*: __________________________________</w:t>
              <w:br/>
              <w:t>ОГРН/ОГРНИП*: ______________________________</w:t>
              <w:br/>
              <w:t>Адрес: _____________________________________</w:t>
              <w:br/>
              <w:t>Тел./e-mail: ________________________________</w:t>
              <w:br/>
              <w:br/>
              <w:t>____________ / __________________</w:t>
              <w:br/>
              <w:t xml:space="preserve">   подпись             Ф.И.О.</w:t>
              <w:br/>
              <w:t>М.П. (при наличии)</w:t>
            </w:r>
          </w:p>
        </w:tc>
      </w:tr>
    </w:tbl>
    <w:p>
      <w:r>
        <w:rPr>
          <w:b w:val="0"/>
          <w:sz w:val="13"/>
        </w:rPr>
        <w:t>* Для физического лица поля заполняются при наличии/применимости.</w:t>
      </w:r>
    </w:p>
    <w:p>
      <w:r>
        <w:br w:type="page"/>
      </w:r>
    </w:p>
    <w:p>
      <w:r>
        <w:rPr>
          <w:b w:val="0"/>
          <w:sz w:val="15"/>
        </w:rPr>
        <w:t>к Договору № ____ от «___» __________ 20__ г.</w:t>
      </w:r>
    </w:p>
    <w:p>
      <w:pPr>
        <w:jc w:val="center"/>
      </w:pPr>
      <w:r>
        <w:rPr>
          <w:b/>
          <w:sz w:val="22"/>
        </w:rPr>
        <w:t>ПРИЛОЖЕНИЕ № 5. АКТ ГОТОВНОСТИ ОБЪЕКТА К МОНТАЖУ</w:t>
      </w:r>
    </w:p>
    <w:p>
      <w:r>
        <w:rPr>
          <w:b/>
        </w:rPr>
        <w:t xml:space="preserve">Адрес / дата: </w:t>
      </w:r>
      <w:r>
        <w:t>________________________________________________________</w:t>
      </w:r>
    </w:p>
    <w:p>
      <w:r>
        <w:rPr>
          <w:b/>
        </w:rPr>
        <w:t xml:space="preserve">Мебель / основание: </w:t>
      </w:r>
      <w:r>
        <w:t>закреплены и по уровню — да / нет</w:t>
      </w:r>
    </w:p>
    <w:p>
      <w:r>
        <w:rPr>
          <w:b/>
        </w:rPr>
        <w:t xml:space="preserve">Геометрия после замера: </w:t>
      </w:r>
      <w:r>
        <w:t>не менялась / менялась: _______________________</w:t>
      </w:r>
    </w:p>
    <w:p>
      <w:r>
        <w:rPr>
          <w:b/>
        </w:rPr>
        <w:t xml:space="preserve">Занос и доступ: </w:t>
      </w:r>
      <w:r>
        <w:t>обеспечены / не обеспечены</w:t>
      </w:r>
    </w:p>
    <w:p>
      <w:r>
        <w:rPr>
          <w:b/>
        </w:rPr>
        <w:t xml:space="preserve">Электричество / освещение: </w:t>
      </w:r>
      <w:r>
        <w:t>да / нет</w:t>
      </w:r>
    </w:p>
    <w:p>
      <w:r>
        <w:rPr>
          <w:b/>
        </w:rPr>
        <w:t xml:space="preserve">Техника / мойка: </w:t>
      </w:r>
      <w:r>
        <w:t>доступны / отсутствуют / не требуются</w:t>
      </w:r>
    </w:p>
    <w:p>
      <w:r>
        <w:rPr>
          <w:b/>
        </w:rPr>
        <w:t xml:space="preserve">Коммуникации: </w:t>
      </w:r>
      <w:r>
        <w:t>обозначены / не обозначены / отсутствуют</w:t>
      </w:r>
    </w:p>
    <w:p>
      <w:r>
        <w:rPr>
          <w:b/>
        </w:rPr>
        <w:t xml:space="preserve">Работы третьих лиц мешают монтажу: </w:t>
      </w:r>
      <w:r>
        <w:t>нет / да: __________________________</w:t>
      </w:r>
    </w:p>
    <w:p>
      <w:r>
        <w:rPr>
          <w:b/>
        </w:rPr>
        <w:t xml:space="preserve">Иные препятствия: </w:t>
      </w:r>
      <w:r>
        <w:t>______________________________________________________</w:t>
      </w:r>
    </w:p>
    <w:p>
      <w:r>
        <w:rPr>
          <w:b/>
        </w:rPr>
        <w:t xml:space="preserve">Решение: </w:t>
      </w:r>
      <w:r>
        <w:t>ОБЪЕКТ ГОТОВ / МОНТАЖ С ОГОВОРКАМИ / МОНТАЖ ПЕРЕНОСИТСЯ</w:t>
      </w:r>
    </w:p>
    <w:p>
      <w:r>
        <w:rPr>
          <w:b/>
        </w:rPr>
        <w:t xml:space="preserve">Повторный выезд / допработы: </w:t>
      </w:r>
      <w:r>
        <w:t>__________________________________________</w:t>
      </w:r>
    </w:p>
    <w:p>
      <w:r>
        <w:rPr>
          <w:b w:val="0"/>
        </w:rPr>
      </w:r>
    </w:p>
    <w:p>
      <w:pPr>
        <w:jc w:val="center"/>
      </w:pPr>
      <w:r>
        <w:rPr>
          <w:b/>
          <w:sz w:val="17"/>
        </w:rPr>
        <w:t>РЕКВИЗИТЫ И ПОДПИСИ СТОРОН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355"/>
        <w:gridCol w:w="5355"/>
      </w:tblGrid>
      <w:tr>
        <w:tc>
          <w:tcPr>
            <w:tcW w:type="dxa" w:w="5355"/>
            <w:vAlign w:val="top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ПОДРЯДЧИК</w:t>
              <w:br/>
              <w:t>Наименование / Ф.И.О.: ______________________</w:t>
              <w:br/>
              <w:t>ИНН/КПП: ___________________________________</w:t>
              <w:br/>
              <w:t>ОГРН/ОГРНИП: _______________________________</w:t>
              <w:br/>
              <w:t>Адрес: _____________________________________</w:t>
              <w:br/>
              <w:t>Тел./e-mail: ________________________________</w:t>
              <w:br/>
              <w:br/>
              <w:t>____________ / __________________</w:t>
              <w:br/>
              <w:t xml:space="preserve">   подпись             Ф.И.О.</w:t>
              <w:br/>
              <w:t>М.П. (при наличии)</w:t>
            </w:r>
          </w:p>
        </w:tc>
        <w:tc>
          <w:tcPr>
            <w:tcW w:type="dxa" w:w="5355"/>
            <w:vAlign w:val="top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ЗАКАЗЧИК</w:t>
              <w:br/>
              <w:t>Наименование / Ф.И.О.: ______________________</w:t>
              <w:br/>
              <w:t>ИНН/КПП*: __________________________________</w:t>
              <w:br/>
              <w:t>ОГРН/ОГРНИП*: ______________________________</w:t>
              <w:br/>
              <w:t>Адрес: _____________________________________</w:t>
              <w:br/>
              <w:t>Тел./e-mail: ________________________________</w:t>
              <w:br/>
              <w:br/>
              <w:t>____________ / __________________</w:t>
              <w:br/>
              <w:t xml:space="preserve">   подпись             Ф.И.О.</w:t>
              <w:br/>
              <w:t>М.П. (при наличии)</w:t>
            </w:r>
          </w:p>
        </w:tc>
      </w:tr>
    </w:tbl>
    <w:p>
      <w:r>
        <w:rPr>
          <w:b w:val="0"/>
          <w:sz w:val="13"/>
        </w:rPr>
        <w:t>* Для физического лица поля заполняются при наличии/применимости.</w:t>
      </w:r>
    </w:p>
    <w:p>
      <w:r>
        <w:br w:type="page"/>
      </w:r>
    </w:p>
    <w:p>
      <w:r>
        <w:rPr>
          <w:b w:val="0"/>
          <w:sz w:val="15"/>
        </w:rPr>
        <w:t>к Договору № ____ от «___» __________ 20__ г.</w:t>
      </w:r>
    </w:p>
    <w:p>
      <w:pPr>
        <w:jc w:val="center"/>
      </w:pPr>
      <w:r>
        <w:rPr>
          <w:b/>
          <w:sz w:val="22"/>
        </w:rPr>
        <w:t>ПРИЛОЖЕНИЕ № 6. АКТ ФОТОФИКСАЦИИ ДО / ПОСЛЕ МОНТАЖА</w:t>
      </w:r>
    </w:p>
    <w:p>
      <w:r>
        <w:rPr>
          <w:b/>
        </w:rPr>
        <w:t xml:space="preserve">Договор / объект / дата: </w:t>
      </w:r>
      <w:r>
        <w:t>_______________________________________________</w:t>
      </w:r>
    </w:p>
    <w:p>
      <w:r>
        <w:rPr>
          <w:b/>
        </w:rPr>
        <w:t xml:space="preserve">ДО — общий вид: </w:t>
      </w:r>
      <w:r>
        <w:t>фото № ________</w:t>
      </w:r>
    </w:p>
    <w:p>
      <w:r>
        <w:rPr>
          <w:b/>
        </w:rPr>
        <w:t xml:space="preserve">ДО — основание / уровень: </w:t>
      </w:r>
      <w:r>
        <w:t>фото № ________</w:t>
      </w:r>
    </w:p>
    <w:p>
      <w:r>
        <w:rPr>
          <w:b/>
        </w:rPr>
        <w:t xml:space="preserve">ДО — стены / примыкания: </w:t>
      </w:r>
      <w:r>
        <w:t>фото № ________</w:t>
      </w:r>
    </w:p>
    <w:p>
      <w:r>
        <w:rPr>
          <w:b/>
        </w:rPr>
        <w:t xml:space="preserve">ДО — коммуникации / вырезы: </w:t>
      </w:r>
      <w:r>
        <w:t>фото № ________</w:t>
      </w:r>
    </w:p>
    <w:p>
      <w:r>
        <w:rPr>
          <w:b/>
        </w:rPr>
        <w:t xml:space="preserve">Материал / детали до монтажа: </w:t>
      </w:r>
      <w:r>
        <w:t>фото № ________</w:t>
      </w:r>
    </w:p>
    <w:p>
      <w:r>
        <w:rPr>
          <w:b/>
        </w:rPr>
        <w:t xml:space="preserve">ПОСЛЕ — общий вид: </w:t>
      </w:r>
      <w:r>
        <w:t>фото № ________</w:t>
      </w:r>
    </w:p>
    <w:p>
      <w:r>
        <w:rPr>
          <w:b/>
        </w:rPr>
        <w:t xml:space="preserve">ПОСЛЕ — стыки: </w:t>
      </w:r>
      <w:r>
        <w:t>фото № ________</w:t>
      </w:r>
    </w:p>
    <w:p>
      <w:r>
        <w:rPr>
          <w:b/>
        </w:rPr>
        <w:t xml:space="preserve">ПОСЛЕ — кромки: </w:t>
      </w:r>
      <w:r>
        <w:t>фото № ________</w:t>
      </w:r>
    </w:p>
    <w:p>
      <w:r>
        <w:rPr>
          <w:b/>
        </w:rPr>
        <w:t xml:space="preserve">ПОСЛЕ — вырезы / техника: </w:t>
      </w:r>
      <w:r>
        <w:t>фото № ________</w:t>
      </w:r>
    </w:p>
    <w:p>
      <w:r>
        <w:rPr>
          <w:b/>
        </w:rPr>
        <w:t xml:space="preserve">ПОСЛЕ — примыкания: </w:t>
      </w:r>
      <w:r>
        <w:t>фото № ________</w:t>
      </w:r>
    </w:p>
    <w:p>
      <w:r>
        <w:rPr>
          <w:b/>
        </w:rPr>
        <w:t xml:space="preserve">Замечания: </w:t>
      </w:r>
      <w:r>
        <w:t>___________________________________________________________</w:t>
      </w:r>
    </w:p>
    <w:p>
      <w:r>
        <w:rPr>
          <w:b/>
        </w:rPr>
        <w:t xml:space="preserve">Место хранения файлов / ссылка: </w:t>
      </w:r>
      <w:r>
        <w:t>_________________________________________</w:t>
      </w:r>
    </w:p>
    <w:p>
      <w:r>
        <w:rPr>
          <w:b w:val="0"/>
        </w:rPr>
      </w:r>
    </w:p>
    <w:p>
      <w:pPr>
        <w:jc w:val="center"/>
      </w:pPr>
      <w:r>
        <w:rPr>
          <w:b/>
          <w:sz w:val="17"/>
        </w:rPr>
        <w:t>РЕКВИЗИТЫ И ПОДПИСИ СТОРОН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355"/>
        <w:gridCol w:w="5355"/>
      </w:tblGrid>
      <w:tr>
        <w:tc>
          <w:tcPr>
            <w:tcW w:type="dxa" w:w="5355"/>
            <w:vAlign w:val="top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ПОДРЯДЧИК</w:t>
              <w:br/>
              <w:t>Наименование / Ф.И.О.: ______________________</w:t>
              <w:br/>
              <w:t>ИНН/КПП: ___________________________________</w:t>
              <w:br/>
              <w:t>ОГРН/ОГРНИП: _______________________________</w:t>
              <w:br/>
              <w:t>Адрес: _____________________________________</w:t>
              <w:br/>
              <w:t>Тел./e-mail: ________________________________</w:t>
              <w:br/>
              <w:br/>
              <w:t>____________ / __________________</w:t>
              <w:br/>
              <w:t xml:space="preserve">   подпись             Ф.И.О.</w:t>
              <w:br/>
              <w:t>М.П. (при наличии)</w:t>
            </w:r>
          </w:p>
        </w:tc>
        <w:tc>
          <w:tcPr>
            <w:tcW w:type="dxa" w:w="5355"/>
            <w:vAlign w:val="top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ЗАКАЗЧИК</w:t>
              <w:br/>
              <w:t>Наименование / Ф.И.О.: ______________________</w:t>
              <w:br/>
              <w:t>ИНН/КПП*: __________________________________</w:t>
              <w:br/>
              <w:t>ОГРН/ОГРНИП*: ______________________________</w:t>
              <w:br/>
              <w:t>Адрес: _____________________________________</w:t>
              <w:br/>
              <w:t>Тел./e-mail: ________________________________</w:t>
              <w:br/>
              <w:br/>
              <w:t>____________ / __________________</w:t>
              <w:br/>
              <w:t xml:space="preserve">   подпись             Ф.И.О.</w:t>
              <w:br/>
              <w:t>М.П. (при наличии)</w:t>
            </w:r>
          </w:p>
        </w:tc>
      </w:tr>
    </w:tbl>
    <w:p>
      <w:r>
        <w:rPr>
          <w:b w:val="0"/>
          <w:sz w:val="13"/>
        </w:rPr>
        <w:t>* Для физического лица поля заполняются при наличии/применимости.</w:t>
      </w:r>
    </w:p>
    <w:p>
      <w:r>
        <w:br w:type="page"/>
      </w:r>
    </w:p>
    <w:p>
      <w:r>
        <w:rPr>
          <w:b w:val="0"/>
          <w:sz w:val="15"/>
        </w:rPr>
        <w:t>к Договору № ____ от «___» __________ 20__ г.</w:t>
      </w:r>
    </w:p>
    <w:p>
      <w:pPr>
        <w:jc w:val="center"/>
      </w:pPr>
      <w:r>
        <w:rPr>
          <w:b/>
          <w:sz w:val="22"/>
        </w:rPr>
        <w:t>ПРИЛОЖЕНИЕ № 7. ПАМЯТКА ПО ЭКСПЛУАТАЦИИ</w:t>
      </w:r>
    </w:p>
    <w:p>
      <w:r>
        <w:rPr>
          <w:b/>
        </w:rPr>
        <w:t xml:space="preserve">Изделие / материал: </w:t>
      </w:r>
      <w:r>
        <w:t>___________________________________________________</w:t>
      </w:r>
    </w:p>
    <w:p>
      <w:r>
        <w:rPr>
          <w:b/>
        </w:rPr>
        <w:t xml:space="preserve">Термозащита: </w:t>
      </w:r>
      <w:r>
        <w:t>использовать подставки; избегать локального перегрева.</w:t>
      </w:r>
    </w:p>
    <w:p>
      <w:r>
        <w:rPr>
          <w:b/>
        </w:rPr>
        <w:t xml:space="preserve">Механика: </w:t>
      </w:r>
      <w:r>
        <w:t>не резать непосредственно на поверхности; избегать ударов по кромкам и вырезам.</w:t>
      </w:r>
    </w:p>
    <w:p>
      <w:r>
        <w:rPr>
          <w:b/>
        </w:rPr>
        <w:t xml:space="preserve">Химия: </w:t>
      </w:r>
      <w:r>
        <w:t>не применять концентрированные кислоты, щелочи, растворители и средства, не разрешенные производителем.</w:t>
      </w:r>
    </w:p>
    <w:p>
      <w:r>
        <w:rPr>
          <w:b/>
        </w:rPr>
        <w:t xml:space="preserve">Самостоятельный ремонт: </w:t>
      </w:r>
      <w:r>
        <w:t>не шлифовать/полировать спорный участок до осмотра, кроме мер для предотвращения ущерба.</w:t>
      </w:r>
    </w:p>
    <w:p>
      <w:r>
        <w:rPr>
          <w:b/>
        </w:rPr>
        <w:t xml:space="preserve">Кварц: </w:t>
      </w:r>
      <w:r>
        <w:t>беречь от перегрева и ударов; стыки/рисунок оцениваются по согласованной раскладке.</w:t>
      </w:r>
    </w:p>
    <w:p>
      <w:r>
        <w:rPr>
          <w:b/>
        </w:rPr>
        <w:t xml:space="preserve">Акрил: </w:t>
      </w:r>
      <w:r>
        <w:t>эксплуатационные микроцарапины возможны; ремонт — по технологии материала.</w:t>
      </w:r>
    </w:p>
    <w:p>
      <w:r>
        <w:rPr>
          <w:b/>
        </w:rPr>
        <w:t xml:space="preserve">Керамика / sintered: </w:t>
      </w:r>
      <w:r>
        <w:t>беречь кромки, углы и зоны вырезов от точечной нагрузки.</w:t>
      </w:r>
    </w:p>
    <w:p>
      <w:r>
        <w:rPr>
          <w:b/>
        </w:rPr>
        <w:t xml:space="preserve">Натуральный камень: </w:t>
      </w:r>
      <w:r>
        <w:t>использовать подходящую химию/пропитку с учетом породы.</w:t>
      </w:r>
    </w:p>
    <w:p>
      <w:r>
        <w:rPr>
          <w:b/>
        </w:rPr>
        <w:t xml:space="preserve">При дефекте: </w:t>
      </w:r>
      <w:r>
        <w:t>прекратить агрессивное воздействие, сделать фото, уведомить Подрядчика.</w:t>
      </w:r>
    </w:p>
    <w:p>
      <w:r>
        <w:rPr>
          <w:b/>
        </w:rPr>
        <w:t xml:space="preserve">Памятку получил(а): </w:t>
      </w:r>
      <w:r>
        <w:t>________________________  дата: __________________</w:t>
      </w:r>
    </w:p>
    <w:p>
      <w:r>
        <w:rPr>
          <w:b w:val="0"/>
        </w:rPr>
      </w:r>
    </w:p>
    <w:p>
      <w:pPr>
        <w:jc w:val="center"/>
      </w:pPr>
      <w:r>
        <w:rPr>
          <w:b/>
          <w:sz w:val="17"/>
        </w:rPr>
        <w:t>РЕКВИЗИТЫ И ПОДПИСИ СТОРОН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355"/>
        <w:gridCol w:w="5355"/>
      </w:tblGrid>
      <w:tr>
        <w:tc>
          <w:tcPr>
            <w:tcW w:type="dxa" w:w="5355"/>
            <w:vAlign w:val="top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ПОДРЯДЧИК</w:t>
              <w:br/>
              <w:t>Наименование / Ф.И.О.: ______________________</w:t>
              <w:br/>
              <w:t>ИНН/КПП: ___________________________________</w:t>
              <w:br/>
              <w:t>ОГРН/ОГРНИП: _______________________________</w:t>
              <w:br/>
              <w:t>Адрес: _____________________________________</w:t>
              <w:br/>
              <w:t>Тел./e-mail: ________________________________</w:t>
              <w:br/>
              <w:br/>
              <w:t>____________ / __________________</w:t>
              <w:br/>
              <w:t xml:space="preserve">   подпись             Ф.И.О.</w:t>
              <w:br/>
              <w:t>М.П. (при наличии)</w:t>
            </w:r>
          </w:p>
        </w:tc>
        <w:tc>
          <w:tcPr>
            <w:tcW w:type="dxa" w:w="5355"/>
            <w:vAlign w:val="top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ЗАКАЗЧИК</w:t>
              <w:br/>
              <w:t>Наименование / Ф.И.О.: ______________________</w:t>
              <w:br/>
              <w:t>ИНН/КПП*: __________________________________</w:t>
              <w:br/>
              <w:t>ОГРН/ОГРНИП*: ______________________________</w:t>
              <w:br/>
              <w:t>Адрес: _____________________________________</w:t>
              <w:br/>
              <w:t>Тел./e-mail: ________________________________</w:t>
              <w:br/>
              <w:br/>
              <w:t>____________ / __________________</w:t>
              <w:br/>
              <w:t xml:space="preserve">   подпись             Ф.И.О.</w:t>
              <w:br/>
              <w:t>М.П. (при наличии)</w:t>
            </w:r>
          </w:p>
        </w:tc>
      </w:tr>
    </w:tbl>
    <w:p>
      <w:r>
        <w:rPr>
          <w:b w:val="0"/>
          <w:sz w:val="13"/>
        </w:rPr>
        <w:t>* Для физического лица поля заполняются при наличии/применимости.</w:t>
      </w:r>
    </w:p>
    <w:p>
      <w:r>
        <w:br w:type="page"/>
      </w:r>
    </w:p>
    <w:p>
      <w:r>
        <w:rPr>
          <w:b w:val="0"/>
          <w:sz w:val="15"/>
        </w:rPr>
        <w:t>к Договору № ____ от «___» __________ 20__ г.</w:t>
      </w:r>
    </w:p>
    <w:p>
      <w:pPr>
        <w:jc w:val="center"/>
      </w:pPr>
      <w:r>
        <w:rPr>
          <w:b/>
          <w:sz w:val="22"/>
        </w:rPr>
        <w:t>ПРИЛОЖЕНИЕ № 8. АКТ СДАЧИ-ПРИЕМКИ</w:t>
      </w:r>
    </w:p>
    <w:p>
      <w:r>
        <w:rPr>
          <w:b/>
        </w:rPr>
        <w:t xml:space="preserve">Договор / заказ / дата: </w:t>
      </w:r>
      <w:r>
        <w:t>________________________________________________</w:t>
      </w:r>
    </w:p>
    <w:p>
      <w:r>
        <w:rPr>
          <w:b/>
        </w:rPr>
        <w:t xml:space="preserve">Адрес объекта: </w:t>
      </w:r>
      <w:r>
        <w:t>______________________________________________________</w:t>
      </w:r>
    </w:p>
    <w:p>
      <w:r>
        <w:rPr>
          <w:b/>
        </w:rPr>
        <w:t xml:space="preserve">Выполненные работы: </w:t>
      </w:r>
      <w:r>
        <w:t>_________________________________________________</w:t>
      </w:r>
    </w:p>
    <w:p>
      <w:r>
        <w:rPr>
          <w:b/>
        </w:rPr>
        <w:t xml:space="preserve">Комплектность: </w:t>
      </w:r>
      <w:r>
        <w:t>соответствует / замечания: _____________________________</w:t>
      </w:r>
    </w:p>
    <w:p>
      <w:r>
        <w:rPr>
          <w:b/>
        </w:rPr>
        <w:t xml:space="preserve">Видимые повреждения: </w:t>
      </w:r>
      <w:r>
        <w:t>нет / имеются: __________________________________</w:t>
      </w:r>
    </w:p>
    <w:p>
      <w:r>
        <w:rPr>
          <w:b/>
        </w:rPr>
        <w:t xml:space="preserve">Соответствие чертежу: </w:t>
      </w:r>
      <w:r>
        <w:t>да / замечания: _________________________________</w:t>
      </w:r>
    </w:p>
    <w:p>
      <w:r>
        <w:rPr>
          <w:b/>
        </w:rPr>
        <w:t xml:space="preserve">Стыки / кромки / вырезы / примыкания: </w:t>
      </w:r>
      <w:r>
        <w:t>осмотрены / замечания: __________</w:t>
      </w:r>
    </w:p>
    <w:p>
      <w:r>
        <w:rPr>
          <w:b/>
        </w:rPr>
        <w:t xml:space="preserve">Памятка по эксплуатации: </w:t>
      </w:r>
      <w:r>
        <w:t>передана бумажно / электронно</w:t>
      </w:r>
    </w:p>
    <w:p>
      <w:r>
        <w:rPr>
          <w:b/>
        </w:rPr>
        <w:t xml:space="preserve">Фотофиксация после монтажа: </w:t>
      </w:r>
      <w:r>
        <w:t>выполнена / не выполнена</w:t>
      </w:r>
    </w:p>
    <w:p>
      <w:r>
        <w:rPr>
          <w:b/>
        </w:rPr>
        <w:t xml:space="preserve">Результат: </w:t>
      </w:r>
      <w:r>
        <w:t>ПРИНЯТ БЕЗ ЗАМЕЧАНИЙ / ПРИНЯТ С ЗАМЕЧАНИЯМИ</w:t>
      </w:r>
    </w:p>
    <w:p>
      <w:r>
        <w:rPr>
          <w:b/>
        </w:rPr>
        <w:t xml:space="preserve">Ссылка на дефектную ведомость: </w:t>
      </w:r>
      <w:r>
        <w:t>№ ______ от __________________________</w:t>
      </w:r>
    </w:p>
    <w:p>
      <w:r>
        <w:rPr>
          <w:b w:val="0"/>
        </w:rPr>
      </w:r>
    </w:p>
    <w:p>
      <w:pPr>
        <w:jc w:val="center"/>
      </w:pPr>
      <w:r>
        <w:rPr>
          <w:b/>
          <w:sz w:val="17"/>
        </w:rPr>
        <w:t>РЕКВИЗИТЫ И ПОДПИСИ СТОРОН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355"/>
        <w:gridCol w:w="5355"/>
      </w:tblGrid>
      <w:tr>
        <w:tc>
          <w:tcPr>
            <w:tcW w:type="dxa" w:w="5355"/>
            <w:vAlign w:val="top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ПОДРЯДЧИК</w:t>
              <w:br/>
              <w:t>Наименование / Ф.И.О.: ______________________</w:t>
              <w:br/>
              <w:t>ИНН/КПП: ___________________________________</w:t>
              <w:br/>
              <w:t>ОГРН/ОГРНИП: _______________________________</w:t>
              <w:br/>
              <w:t>Адрес: _____________________________________</w:t>
              <w:br/>
              <w:t>Тел./e-mail: ________________________________</w:t>
              <w:br/>
              <w:br/>
              <w:t>____________ / __________________</w:t>
              <w:br/>
              <w:t xml:space="preserve">   подпись             Ф.И.О.</w:t>
              <w:br/>
              <w:t>М.П. (при наличии)</w:t>
            </w:r>
          </w:p>
        </w:tc>
        <w:tc>
          <w:tcPr>
            <w:tcW w:type="dxa" w:w="5355"/>
            <w:vAlign w:val="top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ЗАКАЗЧИК</w:t>
              <w:br/>
              <w:t>Наименование / Ф.И.О.: ______________________</w:t>
              <w:br/>
              <w:t>ИНН/КПП*: __________________________________</w:t>
              <w:br/>
              <w:t>ОГРН/ОГРНИП*: ______________________________</w:t>
              <w:br/>
              <w:t>Адрес: _____________________________________</w:t>
              <w:br/>
              <w:t>Тел./e-mail: ________________________________</w:t>
              <w:br/>
              <w:br/>
              <w:t>____________ / __________________</w:t>
              <w:br/>
              <w:t xml:space="preserve">   подпись             Ф.И.О.</w:t>
              <w:br/>
              <w:t>М.П. (при наличии)</w:t>
            </w:r>
          </w:p>
        </w:tc>
      </w:tr>
    </w:tbl>
    <w:p>
      <w:r>
        <w:rPr>
          <w:b w:val="0"/>
          <w:sz w:val="13"/>
        </w:rPr>
        <w:t>* Для физического лица поля заполняются при наличии/применимости.</w:t>
      </w:r>
    </w:p>
    <w:p>
      <w:r>
        <w:br w:type="page"/>
      </w:r>
    </w:p>
    <w:p>
      <w:r>
        <w:rPr>
          <w:b w:val="0"/>
          <w:sz w:val="15"/>
        </w:rPr>
        <w:t>к Договору № ____ от «___» __________ 20__ г.</w:t>
      </w:r>
    </w:p>
    <w:p>
      <w:pPr>
        <w:jc w:val="center"/>
      </w:pPr>
      <w:r>
        <w:rPr>
          <w:b/>
          <w:sz w:val="22"/>
        </w:rPr>
        <w:t>ПРИЛОЖЕНИЕ № 9. ДЕФЕКТНАЯ ВЕДОМОСТЬ / АКТ ОСМОТРА</w:t>
      </w:r>
    </w:p>
    <w:p>
      <w:r>
        <w:rPr>
          <w:b/>
        </w:rPr>
        <w:t xml:space="preserve">Договор / объект / дата: </w:t>
      </w:r>
      <w:r>
        <w:t>_______________________________________________</w:t>
      </w:r>
    </w:p>
    <w:p>
      <w:r>
        <w:rPr>
          <w:b/>
        </w:rPr>
        <w:t xml:space="preserve">Участники осмотра: </w:t>
      </w:r>
      <w:r>
        <w:t>__________________________________________________</w:t>
      </w:r>
    </w:p>
    <w:p>
      <w:r>
        <w:rPr>
          <w:b/>
        </w:rPr>
        <w:t xml:space="preserve">Заявленный дефект: </w:t>
      </w:r>
      <w:r>
        <w:t>__________________________________________________</w:t>
      </w:r>
    </w:p>
    <w:p>
      <w:r>
        <w:rPr>
          <w:b/>
        </w:rPr>
        <w:t xml:space="preserve">Дата обнаружения / обстоятельства: </w:t>
      </w:r>
      <w:r>
        <w:t>_______________________________________</w:t>
      </w:r>
    </w:p>
    <w:p>
      <w:r>
        <w:rPr>
          <w:b/>
        </w:rPr>
        <w:t xml:space="preserve">Фото / видео: </w:t>
      </w:r>
      <w:r>
        <w:t>файлы № ________________________________________________</w:t>
      </w:r>
    </w:p>
    <w:p>
      <w:r>
        <w:rPr>
          <w:b/>
        </w:rPr>
        <w:t xml:space="preserve">Следы ремонта / шлифовки / химии / демонтажа: </w:t>
      </w:r>
      <w:r>
        <w:t>________________________</w:t>
      </w:r>
    </w:p>
    <w:p>
      <w:r>
        <w:rPr>
          <w:b/>
        </w:rPr>
        <w:t xml:space="preserve">Основание / мебель / стены: </w:t>
      </w:r>
      <w:r>
        <w:t>____________________________________________</w:t>
      </w:r>
    </w:p>
    <w:p>
      <w:r>
        <w:rPr>
          <w:b/>
        </w:rPr>
        <w:t xml:space="preserve">Предварительная причина: </w:t>
      </w:r>
      <w:r>
        <w:t>материал / обработка / монтаж / объект / эксплуатация / третьи лица / смешанная / требует исследования</w:t>
      </w:r>
    </w:p>
    <w:p>
      <w:r>
        <w:rPr>
          <w:b/>
        </w:rPr>
        <w:t xml:space="preserve">Согласованные действия: </w:t>
      </w:r>
      <w:r>
        <w:t>ремонт / повторный осмотр / исследование / экспертиза / иное</w:t>
      </w:r>
    </w:p>
    <w:p>
      <w:r>
        <w:rPr>
          <w:b/>
        </w:rPr>
        <w:t xml:space="preserve">Срок следующего действия: </w:t>
      </w:r>
      <w:r>
        <w:t>_______________________________________________</w:t>
      </w:r>
    </w:p>
    <w:p>
      <w:r>
        <w:rPr>
          <w:b/>
        </w:rPr>
        <w:t xml:space="preserve">Примечание: </w:t>
      </w:r>
      <w:r>
        <w:t>Акт фиксирует состояние и не является автоматическим признанием ответственности.</w:t>
      </w:r>
    </w:p>
    <w:p>
      <w:r>
        <w:rPr>
          <w:b w:val="0"/>
        </w:rPr>
      </w:r>
    </w:p>
    <w:p>
      <w:pPr>
        <w:jc w:val="center"/>
      </w:pPr>
      <w:r>
        <w:rPr>
          <w:b/>
          <w:sz w:val="17"/>
        </w:rPr>
        <w:t>РЕКВИЗИТЫ И ПОДПИСИ СТОРОН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355"/>
        <w:gridCol w:w="5355"/>
      </w:tblGrid>
      <w:tr>
        <w:tc>
          <w:tcPr>
            <w:tcW w:type="dxa" w:w="5355"/>
            <w:vAlign w:val="top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ПОДРЯДЧИК</w:t>
              <w:br/>
              <w:t>Наименование / Ф.И.О.: ______________________</w:t>
              <w:br/>
              <w:t>ИНН/КПП: ___________________________________</w:t>
              <w:br/>
              <w:t>ОГРН/ОГРНИП: _______________________________</w:t>
              <w:br/>
              <w:t>Адрес: _____________________________________</w:t>
              <w:br/>
              <w:t>Тел./e-mail: ________________________________</w:t>
              <w:br/>
              <w:br/>
              <w:t>____________ / __________________</w:t>
              <w:br/>
              <w:t xml:space="preserve">   подпись             Ф.И.О.</w:t>
              <w:br/>
              <w:t>М.П. (при наличии)</w:t>
            </w:r>
          </w:p>
        </w:tc>
        <w:tc>
          <w:tcPr>
            <w:tcW w:type="dxa" w:w="5355"/>
            <w:vAlign w:val="top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ЗАКАЗЧИК</w:t>
              <w:br/>
              <w:t>Наименование / Ф.И.О.: ______________________</w:t>
              <w:br/>
              <w:t>ИНН/КПП*: __________________________________</w:t>
              <w:br/>
              <w:t>ОГРН/ОГРНИП*: ______________________________</w:t>
              <w:br/>
              <w:t>Адрес: _____________________________________</w:t>
              <w:br/>
              <w:t>Тел./e-mail: ________________________________</w:t>
              <w:br/>
              <w:br/>
              <w:t>____________ / __________________</w:t>
              <w:br/>
              <w:t xml:space="preserve">   подпись             Ф.И.О.</w:t>
              <w:br/>
              <w:t>М.П. (при наличии)</w:t>
            </w:r>
          </w:p>
        </w:tc>
      </w:tr>
    </w:tbl>
    <w:p>
      <w:r>
        <w:rPr>
          <w:b w:val="0"/>
          <w:sz w:val="13"/>
        </w:rPr>
        <w:t>* Для физического лица поля заполняются при наличии/применимости.</w:t>
      </w:r>
    </w:p>
    <w:p>
      <w:r>
        <w:br w:type="page"/>
      </w:r>
    </w:p>
    <w:p>
      <w:r>
        <w:rPr>
          <w:b w:val="0"/>
          <w:sz w:val="15"/>
        </w:rPr>
        <w:t>к Договору № ____ от «___» __________ 20__ г.</w:t>
      </w:r>
    </w:p>
    <w:p>
      <w:pPr>
        <w:jc w:val="center"/>
      </w:pPr>
      <w:r>
        <w:rPr>
          <w:b/>
          <w:sz w:val="22"/>
        </w:rPr>
        <w:t>ПРИЛОЖЕНИЕ № 10. АКТ ПЕРЕДАЧИ МАТЕРИАЛА ЗАКАЗЧИКА</w:t>
      </w:r>
    </w:p>
    <w:p>
      <w:r>
        <w:rPr>
          <w:b/>
        </w:rPr>
        <w:t xml:space="preserve">Договор / заказ / дата: </w:t>
      </w:r>
      <w:r>
        <w:t>________________________________________________</w:t>
      </w:r>
    </w:p>
    <w:p>
      <w:r>
        <w:rPr>
          <w:b/>
        </w:rPr>
        <w:t xml:space="preserve">Материал / бренд / декор: </w:t>
      </w:r>
      <w:r>
        <w:t>_____________________________________________</w:t>
      </w:r>
    </w:p>
    <w:p>
      <w:r>
        <w:rPr>
          <w:b/>
        </w:rPr>
        <w:t xml:space="preserve">Партия / маркировка: </w:t>
      </w:r>
      <w:r>
        <w:t>__________________________________________________</w:t>
      </w:r>
    </w:p>
    <w:p>
      <w:r>
        <w:rPr>
          <w:b/>
        </w:rPr>
        <w:t xml:space="preserve">Количество: </w:t>
      </w:r>
      <w:r>
        <w:t>________  размер: ______________  толщина: _____________</w:t>
      </w:r>
    </w:p>
    <w:p>
      <w:r>
        <w:rPr>
          <w:b/>
        </w:rPr>
        <w:t xml:space="preserve">Видимое состояние: </w:t>
      </w:r>
      <w:r>
        <w:t>__________________________________________________</w:t>
      </w:r>
    </w:p>
    <w:p>
      <w:r>
        <w:rPr>
          <w:b/>
        </w:rPr>
        <w:t xml:space="preserve">Фото: </w:t>
      </w:r>
      <w:r>
        <w:t>файлы № ________________________________________________________</w:t>
      </w:r>
    </w:p>
    <w:p>
      <w:r>
        <w:rPr>
          <w:b/>
        </w:rPr>
        <w:t xml:space="preserve">Заявленная стоимость: </w:t>
      </w:r>
      <w:r>
        <w:t>________________ руб.</w:t>
      </w:r>
    </w:p>
    <w:p>
      <w:r>
        <w:rPr>
          <w:b/>
        </w:rPr>
        <w:t xml:space="preserve">Документы производителя / поставщика: </w:t>
      </w:r>
      <w:r>
        <w:t>___________________________________</w:t>
      </w:r>
    </w:p>
    <w:p>
      <w:r>
        <w:rPr>
          <w:b/>
        </w:rPr>
        <w:t xml:space="preserve">Выявленные риски: </w:t>
      </w:r>
      <w:r>
        <w:t>____________________________________________________</w:t>
      </w:r>
    </w:p>
    <w:p>
      <w:r>
        <w:rPr>
          <w:b/>
        </w:rPr>
        <w:t xml:space="preserve">Предупреждения Подрядчика: </w:t>
      </w:r>
      <w:r>
        <w:t>____________________________________________</w:t>
      </w:r>
    </w:p>
    <w:p>
      <w:r>
        <w:rPr>
          <w:b/>
        </w:rPr>
        <w:t xml:space="preserve">Решение Заказчика: </w:t>
      </w:r>
      <w:r>
        <w:t>продолжить обработку / заменить материал / иное _______</w:t>
      </w:r>
    </w:p>
    <w:p>
      <w:r>
        <w:rPr>
          <w:b w:val="0"/>
        </w:rPr>
      </w:r>
    </w:p>
    <w:p>
      <w:pPr>
        <w:jc w:val="center"/>
      </w:pPr>
      <w:r>
        <w:rPr>
          <w:b/>
          <w:sz w:val="17"/>
        </w:rPr>
        <w:t>РЕКВИЗИТЫ И ПОДПИСИ СТОРОН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355"/>
        <w:gridCol w:w="5355"/>
      </w:tblGrid>
      <w:tr>
        <w:tc>
          <w:tcPr>
            <w:tcW w:type="dxa" w:w="5355"/>
            <w:vAlign w:val="top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ПОДРЯДЧИК</w:t>
              <w:br/>
              <w:t>Наименование / Ф.И.О.: ______________________</w:t>
              <w:br/>
              <w:t>ИНН/КПП: ___________________________________</w:t>
              <w:br/>
              <w:t>ОГРН/ОГРНИП: _______________________________</w:t>
              <w:br/>
              <w:t>Адрес: _____________________________________</w:t>
              <w:br/>
              <w:t>Тел./e-mail: ________________________________</w:t>
              <w:br/>
              <w:br/>
              <w:t>____________ / __________________</w:t>
              <w:br/>
              <w:t xml:space="preserve">   подпись             Ф.И.О.</w:t>
              <w:br/>
              <w:t>М.П. (при наличии)</w:t>
            </w:r>
          </w:p>
        </w:tc>
        <w:tc>
          <w:tcPr>
            <w:tcW w:type="dxa" w:w="5355"/>
            <w:vAlign w:val="top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ЗАКАЗЧИК</w:t>
              <w:br/>
              <w:t>Наименование / Ф.И.О.: ______________________</w:t>
              <w:br/>
              <w:t>ИНН/КПП*: __________________________________</w:t>
              <w:br/>
              <w:t>ОГРН/ОГРНИП*: ______________________________</w:t>
              <w:br/>
              <w:t>Адрес: _____________________________________</w:t>
              <w:br/>
              <w:t>Тел./e-mail: ________________________________</w:t>
              <w:br/>
              <w:br/>
              <w:t>____________ / __________________</w:t>
              <w:br/>
              <w:t xml:space="preserve">   подпись             Ф.И.О.</w:t>
              <w:br/>
              <w:t>М.П. (при наличии)</w:t>
            </w:r>
          </w:p>
        </w:tc>
      </w:tr>
    </w:tbl>
    <w:p>
      <w:r>
        <w:rPr>
          <w:b w:val="0"/>
          <w:sz w:val="13"/>
        </w:rPr>
        <w:t>* Для физического лица поля заполняются при наличии/применимости.</w:t>
      </w:r>
    </w:p>
    <w:sectPr w:rsidR="00FC693F" w:rsidRPr="0006063C" w:rsidSect="00034616">
      <w:footerReference w:type="default" r:id="rId9"/>
      <w:pgSz w:w="12240" w:h="15840"/>
      <w:pgMar w:top="652" w:right="765" w:bottom="652" w:left="76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4"/>
      </w:rPr>
      <w:t>PRIMAX • Приложения к договору обработчика v4.1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30" w:line="240" w:lineRule="auto"/>
    </w:pPr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